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elha"/>
        <w:tblW w:w="0" w:type="auto"/>
        <w:jc w:val="center"/>
        <w:tblLook w:val="04A0" w:firstRow="1" w:lastRow="0" w:firstColumn="1" w:lastColumn="0" w:noHBand="0" w:noVBand="1"/>
      </w:tblPr>
      <w:tblGrid>
        <w:gridCol w:w="4703"/>
        <w:gridCol w:w="4703"/>
      </w:tblGrid>
      <w:tr w:rsidR="006B739D" w:rsidRPr="00CD08CA" w14:paraId="6703EE31" w14:textId="77777777">
        <w:trPr>
          <w:jc w:val="center"/>
        </w:trPr>
        <w:tc>
          <w:tcPr>
            <w:tcW w:w="4703" w:type="dxa"/>
          </w:tcPr>
          <w:p w14:paraId="6F467DC3" w14:textId="77777777" w:rsidR="006B739D" w:rsidRDefault="00101606">
            <w:r>
              <w:rPr>
                <w:noProof/>
              </w:rPr>
              <w:drawing>
                <wp:inline distT="0" distB="0" distL="0" distR="0" wp14:anchorId="7556C331" wp14:editId="1C8B1814">
                  <wp:extent cx="1980000" cy="144062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_aip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1440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3" w:type="dxa"/>
          </w:tcPr>
          <w:p w14:paraId="7E53918E" w14:textId="77777777" w:rsidR="006B739D" w:rsidRPr="00CD08CA" w:rsidRDefault="00101606">
            <w:pPr>
              <w:spacing w:before="120"/>
              <w:jc w:val="right"/>
              <w:rPr>
                <w:lang w:val="pt-PT"/>
              </w:rPr>
            </w:pPr>
            <w:r w:rsidRPr="00CD08CA">
              <w:rPr>
                <w:b/>
                <w:color w:val="1A3A5C"/>
                <w:sz w:val="26"/>
                <w:lang w:val="pt-PT"/>
              </w:rPr>
              <w:t>FORMULÁRIO DE RELATO DE CASO</w:t>
            </w:r>
            <w:r w:rsidRPr="00CD08CA">
              <w:rPr>
                <w:b/>
                <w:color w:val="1A3A5C"/>
                <w:sz w:val="26"/>
                <w:lang w:val="pt-PT"/>
              </w:rPr>
              <w:br/>
            </w:r>
            <w:r w:rsidRPr="00CD08CA">
              <w:rPr>
                <w:b/>
                <w:color w:val="2E6DA4"/>
                <w:lang w:val="pt-PT"/>
              </w:rPr>
              <w:t>A Minha História e a dos Meus Filhos(as)</w:t>
            </w:r>
            <w:r w:rsidRPr="00CD08CA">
              <w:rPr>
                <w:b/>
                <w:color w:val="2E6DA4"/>
                <w:lang w:val="pt-PT"/>
              </w:rPr>
              <w:br/>
            </w:r>
            <w:r w:rsidRPr="00CD08CA">
              <w:rPr>
                <w:color w:val="1A3A5C"/>
                <w:sz w:val="18"/>
                <w:lang w:val="pt-PT"/>
              </w:rPr>
              <w:t>Associação Portuguesa para a Igualdade Parental</w:t>
            </w:r>
            <w:r w:rsidRPr="00CD08CA">
              <w:rPr>
                <w:color w:val="1A3A5C"/>
                <w:sz w:val="18"/>
                <w:lang w:val="pt-PT"/>
              </w:rPr>
              <w:br/>
              <w:t>e Direitos dos Filhos</w:t>
            </w:r>
          </w:p>
        </w:tc>
      </w:tr>
    </w:tbl>
    <w:p w14:paraId="1CD5C683" w14:textId="77777777" w:rsidR="006B739D" w:rsidRPr="00CD08CA" w:rsidRDefault="006B739D">
      <w:pPr>
        <w:pBdr>
          <w:bottom w:val="single" w:sz="18" w:space="1" w:color="2E6DA4"/>
        </w:pBdr>
        <w:spacing w:before="80" w:after="40"/>
        <w:rPr>
          <w:lang w:val="pt-PT"/>
        </w:rPr>
      </w:pPr>
    </w:p>
    <w:p w14:paraId="502D5AF8" w14:textId="77777777" w:rsidR="006B739D" w:rsidRPr="00CD08CA" w:rsidRDefault="00101606">
      <w:pPr>
        <w:shd w:val="clear" w:color="auto" w:fill="2E6DA4"/>
        <w:spacing w:before="280" w:after="80"/>
        <w:rPr>
          <w:lang w:val="pt-PT"/>
        </w:rPr>
      </w:pPr>
      <w:r w:rsidRPr="00CD08CA">
        <w:rPr>
          <w:b/>
          <w:color w:val="FFFFFF"/>
          <w:lang w:val="pt-PT"/>
        </w:rPr>
        <w:t xml:space="preserve">  1.  DADOS PESSOAIS</w:t>
      </w:r>
    </w:p>
    <w:p w14:paraId="7707AB97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Nome completo:  ______________________________________________________________________</w:t>
      </w:r>
    </w:p>
    <w:p w14:paraId="7C4EB557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Idade:  ______________________________________________________________________</w:t>
      </w:r>
    </w:p>
    <w:p w14:paraId="728FC39D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Nacionalidade:  ______________________________________________________________________</w:t>
      </w:r>
    </w:p>
    <w:p w14:paraId="1050455D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Localidade / Distrito:  ______________________________________________________________________</w:t>
      </w:r>
    </w:p>
    <w:p w14:paraId="7281C6D7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País de residência atual:  ______________________________________________________________________</w:t>
      </w:r>
    </w:p>
    <w:p w14:paraId="77B61FF0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Profissão:  ______________________________________________________________________</w:t>
      </w:r>
    </w:p>
    <w:p w14:paraId="20F42184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Contacto telefónico:  ______________________________________________________________________</w:t>
      </w:r>
    </w:p>
    <w:p w14:paraId="50B68B03" w14:textId="77777777" w:rsidR="006B739D" w:rsidRPr="00CD08CA" w:rsidRDefault="00101606">
      <w:pPr>
        <w:spacing w:after="60"/>
        <w:ind w:left="283"/>
        <w:rPr>
          <w:lang w:val="pt-PT"/>
        </w:rPr>
      </w:pPr>
      <w:r w:rsidRPr="00CD08CA">
        <w:rPr>
          <w:i/>
          <w:color w:val="808080"/>
          <w:sz w:val="17"/>
          <w:lang w:val="pt-PT"/>
        </w:rPr>
        <w:t>(Apenas para esclarecimento de factos, caso necessário)</w:t>
      </w:r>
    </w:p>
    <w:p w14:paraId="05FFC590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E-mail:  ______________________________________________________________________</w:t>
      </w:r>
    </w:p>
    <w:p w14:paraId="404AE620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Situação civil atual:</w:t>
      </w:r>
    </w:p>
    <w:p w14:paraId="146B380A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Divorciado</w:t>
      </w:r>
      <w:proofErr w:type="gramEnd"/>
      <w:r w:rsidRPr="00CD08CA">
        <w:rPr>
          <w:sz w:val="20"/>
          <w:lang w:val="pt-PT"/>
        </w:rPr>
        <w:t>(a)</w:t>
      </w:r>
    </w:p>
    <w:p w14:paraId="70518603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Separado</w:t>
      </w:r>
      <w:proofErr w:type="gramEnd"/>
      <w:r w:rsidRPr="00CD08CA">
        <w:rPr>
          <w:sz w:val="20"/>
          <w:lang w:val="pt-PT"/>
        </w:rPr>
        <w:t>(a)</w:t>
      </w:r>
    </w:p>
    <w:p w14:paraId="028F0BA4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Nunca</w:t>
      </w:r>
      <w:proofErr w:type="gramEnd"/>
      <w:r w:rsidRPr="00CD08CA">
        <w:rPr>
          <w:sz w:val="20"/>
          <w:lang w:val="pt-PT"/>
        </w:rPr>
        <w:t xml:space="preserve"> casou / União de facto</w:t>
      </w:r>
    </w:p>
    <w:p w14:paraId="44BE5171" w14:textId="77777777" w:rsidR="006B739D" w:rsidRDefault="00101606">
      <w:pPr>
        <w:shd w:val="clear" w:color="auto" w:fill="2E6DA4"/>
        <w:spacing w:before="280" w:after="80"/>
      </w:pPr>
      <w:r w:rsidRPr="00CD08CA">
        <w:rPr>
          <w:b/>
          <w:color w:val="FFFFFF"/>
          <w:lang w:val="pt-PT"/>
        </w:rPr>
        <w:t xml:space="preserve">  </w:t>
      </w:r>
      <w:r>
        <w:rPr>
          <w:b/>
          <w:color w:val="FFFFFF"/>
        </w:rPr>
        <w:t>2</w:t>
      </w:r>
      <w:proofErr w:type="gramStart"/>
      <w:r>
        <w:rPr>
          <w:b/>
          <w:color w:val="FFFFFF"/>
        </w:rPr>
        <w:t>.  DADOS</w:t>
      </w:r>
      <w:proofErr w:type="gramEnd"/>
      <w:r>
        <w:rPr>
          <w:b/>
          <w:color w:val="FFFFFF"/>
        </w:rPr>
        <w:t xml:space="preserve"> DOS FILHOS</w:t>
      </w:r>
    </w:p>
    <w:tbl>
      <w:tblPr>
        <w:tblStyle w:val="TabelacomGrelha"/>
        <w:tblW w:w="0" w:type="auto"/>
        <w:jc w:val="center"/>
        <w:tblLook w:val="04A0" w:firstRow="1" w:lastRow="0" w:firstColumn="1" w:lastColumn="0" w:noHBand="0" w:noVBand="1"/>
      </w:tblPr>
      <w:tblGrid>
        <w:gridCol w:w="2129"/>
        <w:gridCol w:w="792"/>
        <w:gridCol w:w="1178"/>
        <w:gridCol w:w="1811"/>
        <w:gridCol w:w="2135"/>
        <w:gridCol w:w="1577"/>
      </w:tblGrid>
      <w:tr w:rsidR="006B739D" w14:paraId="5E1B2724" w14:textId="77777777">
        <w:trPr>
          <w:jc w:val="center"/>
        </w:trPr>
        <w:tc>
          <w:tcPr>
            <w:tcW w:w="2154" w:type="dxa"/>
            <w:shd w:val="clear" w:color="auto" w:fill="2E6DA4"/>
          </w:tcPr>
          <w:p w14:paraId="5447451A" w14:textId="77777777" w:rsidR="006B739D" w:rsidRDefault="00101606">
            <w:pPr>
              <w:jc w:val="center"/>
            </w:pPr>
            <w:r>
              <w:rPr>
                <w:b/>
                <w:color w:val="FFFFFF"/>
                <w:sz w:val="18"/>
              </w:rPr>
              <w:t>Nome da criança</w:t>
            </w:r>
          </w:p>
        </w:tc>
        <w:tc>
          <w:tcPr>
            <w:tcW w:w="794" w:type="dxa"/>
            <w:shd w:val="clear" w:color="auto" w:fill="2E6DA4"/>
          </w:tcPr>
          <w:p w14:paraId="4D32DA40" w14:textId="77777777" w:rsidR="006B739D" w:rsidRDefault="00101606">
            <w:pPr>
              <w:jc w:val="center"/>
            </w:pPr>
            <w:r>
              <w:rPr>
                <w:b/>
                <w:color w:val="FFFFFF"/>
                <w:sz w:val="18"/>
              </w:rPr>
              <w:t>Idade</w:t>
            </w:r>
          </w:p>
        </w:tc>
        <w:tc>
          <w:tcPr>
            <w:tcW w:w="1020" w:type="dxa"/>
            <w:shd w:val="clear" w:color="auto" w:fill="2E6DA4"/>
          </w:tcPr>
          <w:p w14:paraId="32EBA0FE" w14:textId="77777777" w:rsidR="006B739D" w:rsidRDefault="00101606">
            <w:pPr>
              <w:jc w:val="center"/>
            </w:pPr>
            <w:r>
              <w:rPr>
                <w:b/>
                <w:color w:val="FFFFFF"/>
                <w:sz w:val="18"/>
              </w:rPr>
              <w:t>Ano de</w:t>
            </w:r>
            <w:r>
              <w:rPr>
                <w:b/>
                <w:color w:val="FFFFFF"/>
                <w:sz w:val="18"/>
              </w:rPr>
              <w:br/>
              <w:t>nascimento</w:t>
            </w:r>
          </w:p>
        </w:tc>
        <w:tc>
          <w:tcPr>
            <w:tcW w:w="1814" w:type="dxa"/>
            <w:shd w:val="clear" w:color="auto" w:fill="2E6DA4"/>
          </w:tcPr>
          <w:p w14:paraId="148BFEA7" w14:textId="77777777" w:rsidR="006B739D" w:rsidRDefault="00101606">
            <w:pPr>
              <w:jc w:val="center"/>
            </w:pPr>
            <w:r>
              <w:rPr>
                <w:b/>
                <w:color w:val="FFFFFF"/>
                <w:sz w:val="18"/>
              </w:rPr>
              <w:t>Nacionalidade(s)</w:t>
            </w:r>
          </w:p>
        </w:tc>
        <w:tc>
          <w:tcPr>
            <w:tcW w:w="2154" w:type="dxa"/>
            <w:shd w:val="clear" w:color="auto" w:fill="2E6DA4"/>
          </w:tcPr>
          <w:p w14:paraId="59B4FFFE" w14:textId="77777777" w:rsidR="006B739D" w:rsidRDefault="00101606">
            <w:pPr>
              <w:jc w:val="center"/>
            </w:pPr>
            <w:r>
              <w:rPr>
                <w:b/>
                <w:color w:val="FFFFFF"/>
                <w:sz w:val="18"/>
              </w:rPr>
              <w:t>Com quem reside</w:t>
            </w:r>
            <w:r>
              <w:rPr>
                <w:b/>
                <w:color w:val="FFFFFF"/>
                <w:sz w:val="18"/>
              </w:rPr>
              <w:br/>
              <w:t>atualmente</w:t>
            </w:r>
          </w:p>
        </w:tc>
        <w:tc>
          <w:tcPr>
            <w:tcW w:w="1587" w:type="dxa"/>
            <w:shd w:val="clear" w:color="auto" w:fill="2E6DA4"/>
          </w:tcPr>
          <w:p w14:paraId="0FCD9D60" w14:textId="77777777" w:rsidR="006B739D" w:rsidRDefault="00101606">
            <w:pPr>
              <w:jc w:val="center"/>
            </w:pPr>
            <w:r>
              <w:rPr>
                <w:b/>
                <w:color w:val="FFFFFF"/>
                <w:sz w:val="18"/>
              </w:rPr>
              <w:t>País de</w:t>
            </w:r>
            <w:r>
              <w:rPr>
                <w:b/>
                <w:color w:val="FFFFFF"/>
                <w:sz w:val="18"/>
              </w:rPr>
              <w:br/>
              <w:t>residência</w:t>
            </w:r>
          </w:p>
        </w:tc>
      </w:tr>
      <w:tr w:rsidR="006B739D" w14:paraId="0634C5DF" w14:textId="77777777">
        <w:trPr>
          <w:jc w:val="center"/>
        </w:trPr>
        <w:tc>
          <w:tcPr>
            <w:tcW w:w="2154" w:type="dxa"/>
            <w:shd w:val="clear" w:color="auto" w:fill="FFFFFF"/>
          </w:tcPr>
          <w:p w14:paraId="52B983EB" w14:textId="77777777" w:rsidR="006B739D" w:rsidRDefault="006B739D">
            <w:pPr>
              <w:spacing w:before="200" w:after="200"/>
            </w:pPr>
          </w:p>
        </w:tc>
        <w:tc>
          <w:tcPr>
            <w:tcW w:w="794" w:type="dxa"/>
            <w:shd w:val="clear" w:color="auto" w:fill="FFFFFF"/>
          </w:tcPr>
          <w:p w14:paraId="3206A12B" w14:textId="77777777" w:rsidR="006B739D" w:rsidRDefault="006B739D">
            <w:pPr>
              <w:spacing w:before="200" w:after="200"/>
            </w:pPr>
          </w:p>
        </w:tc>
        <w:tc>
          <w:tcPr>
            <w:tcW w:w="1020" w:type="dxa"/>
            <w:shd w:val="clear" w:color="auto" w:fill="FFFFFF"/>
          </w:tcPr>
          <w:p w14:paraId="4361BD72" w14:textId="77777777" w:rsidR="006B739D" w:rsidRDefault="006B739D">
            <w:pPr>
              <w:spacing w:before="200" w:after="200"/>
            </w:pPr>
          </w:p>
        </w:tc>
        <w:tc>
          <w:tcPr>
            <w:tcW w:w="1814" w:type="dxa"/>
            <w:shd w:val="clear" w:color="auto" w:fill="FFFFFF"/>
          </w:tcPr>
          <w:p w14:paraId="17AD9B8D" w14:textId="77777777" w:rsidR="006B739D" w:rsidRDefault="006B739D">
            <w:pPr>
              <w:spacing w:before="200" w:after="200"/>
            </w:pPr>
          </w:p>
        </w:tc>
        <w:tc>
          <w:tcPr>
            <w:tcW w:w="2154" w:type="dxa"/>
            <w:shd w:val="clear" w:color="auto" w:fill="FFFFFF"/>
          </w:tcPr>
          <w:p w14:paraId="7A354197" w14:textId="77777777" w:rsidR="006B739D" w:rsidRDefault="006B739D">
            <w:pPr>
              <w:spacing w:before="200" w:after="200"/>
            </w:pPr>
          </w:p>
        </w:tc>
        <w:tc>
          <w:tcPr>
            <w:tcW w:w="1587" w:type="dxa"/>
            <w:shd w:val="clear" w:color="auto" w:fill="FFFFFF"/>
          </w:tcPr>
          <w:p w14:paraId="68224819" w14:textId="77777777" w:rsidR="006B739D" w:rsidRDefault="006B739D">
            <w:pPr>
              <w:spacing w:before="200" w:after="200"/>
            </w:pPr>
          </w:p>
        </w:tc>
      </w:tr>
      <w:tr w:rsidR="006B739D" w14:paraId="3FD769B1" w14:textId="77777777">
        <w:trPr>
          <w:jc w:val="center"/>
        </w:trPr>
        <w:tc>
          <w:tcPr>
            <w:tcW w:w="2154" w:type="dxa"/>
            <w:shd w:val="clear" w:color="auto" w:fill="F2F2F2"/>
          </w:tcPr>
          <w:p w14:paraId="3197A6DF" w14:textId="77777777" w:rsidR="006B739D" w:rsidRDefault="006B739D">
            <w:pPr>
              <w:spacing w:before="200" w:after="200"/>
            </w:pPr>
          </w:p>
        </w:tc>
        <w:tc>
          <w:tcPr>
            <w:tcW w:w="794" w:type="dxa"/>
            <w:shd w:val="clear" w:color="auto" w:fill="F2F2F2"/>
          </w:tcPr>
          <w:p w14:paraId="21E98EF5" w14:textId="77777777" w:rsidR="006B739D" w:rsidRDefault="006B739D">
            <w:pPr>
              <w:spacing w:before="200" w:after="200"/>
            </w:pPr>
          </w:p>
        </w:tc>
        <w:tc>
          <w:tcPr>
            <w:tcW w:w="1020" w:type="dxa"/>
            <w:shd w:val="clear" w:color="auto" w:fill="F2F2F2"/>
          </w:tcPr>
          <w:p w14:paraId="181E0D98" w14:textId="77777777" w:rsidR="006B739D" w:rsidRDefault="006B739D">
            <w:pPr>
              <w:spacing w:before="200" w:after="200"/>
            </w:pPr>
          </w:p>
        </w:tc>
        <w:tc>
          <w:tcPr>
            <w:tcW w:w="1814" w:type="dxa"/>
            <w:shd w:val="clear" w:color="auto" w:fill="F2F2F2"/>
          </w:tcPr>
          <w:p w14:paraId="53FC49B9" w14:textId="77777777" w:rsidR="006B739D" w:rsidRDefault="006B739D">
            <w:pPr>
              <w:spacing w:before="200" w:after="200"/>
            </w:pPr>
          </w:p>
        </w:tc>
        <w:tc>
          <w:tcPr>
            <w:tcW w:w="2154" w:type="dxa"/>
            <w:shd w:val="clear" w:color="auto" w:fill="F2F2F2"/>
          </w:tcPr>
          <w:p w14:paraId="10A51F51" w14:textId="77777777" w:rsidR="006B739D" w:rsidRDefault="006B739D">
            <w:pPr>
              <w:spacing w:before="200" w:after="200"/>
            </w:pPr>
          </w:p>
        </w:tc>
        <w:tc>
          <w:tcPr>
            <w:tcW w:w="1587" w:type="dxa"/>
            <w:shd w:val="clear" w:color="auto" w:fill="F2F2F2"/>
          </w:tcPr>
          <w:p w14:paraId="29AF297D" w14:textId="77777777" w:rsidR="006B739D" w:rsidRDefault="006B739D">
            <w:pPr>
              <w:spacing w:before="200" w:after="200"/>
            </w:pPr>
          </w:p>
        </w:tc>
      </w:tr>
      <w:tr w:rsidR="006B739D" w14:paraId="28CEACA7" w14:textId="77777777">
        <w:trPr>
          <w:jc w:val="center"/>
        </w:trPr>
        <w:tc>
          <w:tcPr>
            <w:tcW w:w="2154" w:type="dxa"/>
            <w:shd w:val="clear" w:color="auto" w:fill="FFFFFF"/>
          </w:tcPr>
          <w:p w14:paraId="45FE7781" w14:textId="77777777" w:rsidR="006B739D" w:rsidRDefault="006B739D">
            <w:pPr>
              <w:spacing w:before="200" w:after="200"/>
            </w:pPr>
          </w:p>
        </w:tc>
        <w:tc>
          <w:tcPr>
            <w:tcW w:w="794" w:type="dxa"/>
            <w:shd w:val="clear" w:color="auto" w:fill="FFFFFF"/>
          </w:tcPr>
          <w:p w14:paraId="4E3B5F49" w14:textId="77777777" w:rsidR="006B739D" w:rsidRDefault="006B739D">
            <w:pPr>
              <w:spacing w:before="200" w:after="200"/>
            </w:pPr>
          </w:p>
        </w:tc>
        <w:tc>
          <w:tcPr>
            <w:tcW w:w="1020" w:type="dxa"/>
            <w:shd w:val="clear" w:color="auto" w:fill="FFFFFF"/>
          </w:tcPr>
          <w:p w14:paraId="56C3620A" w14:textId="77777777" w:rsidR="006B739D" w:rsidRDefault="006B739D">
            <w:pPr>
              <w:spacing w:before="200" w:after="200"/>
            </w:pPr>
          </w:p>
        </w:tc>
        <w:tc>
          <w:tcPr>
            <w:tcW w:w="1814" w:type="dxa"/>
            <w:shd w:val="clear" w:color="auto" w:fill="FFFFFF"/>
          </w:tcPr>
          <w:p w14:paraId="2094F067" w14:textId="77777777" w:rsidR="006B739D" w:rsidRDefault="006B739D">
            <w:pPr>
              <w:spacing w:before="200" w:after="200"/>
            </w:pPr>
          </w:p>
        </w:tc>
        <w:tc>
          <w:tcPr>
            <w:tcW w:w="2154" w:type="dxa"/>
            <w:shd w:val="clear" w:color="auto" w:fill="FFFFFF"/>
          </w:tcPr>
          <w:p w14:paraId="0CD75FEF" w14:textId="77777777" w:rsidR="006B739D" w:rsidRDefault="006B739D">
            <w:pPr>
              <w:spacing w:before="200" w:after="200"/>
            </w:pPr>
          </w:p>
        </w:tc>
        <w:tc>
          <w:tcPr>
            <w:tcW w:w="1587" w:type="dxa"/>
            <w:shd w:val="clear" w:color="auto" w:fill="FFFFFF"/>
          </w:tcPr>
          <w:p w14:paraId="3D88165C" w14:textId="77777777" w:rsidR="006B739D" w:rsidRDefault="006B739D">
            <w:pPr>
              <w:spacing w:before="200" w:after="200"/>
            </w:pPr>
          </w:p>
        </w:tc>
      </w:tr>
    </w:tbl>
    <w:p w14:paraId="1BC2455B" w14:textId="77777777" w:rsidR="006B739D" w:rsidRDefault="006B739D"/>
    <w:p w14:paraId="06EB80DD" w14:textId="77777777" w:rsidR="006B739D" w:rsidRDefault="00101606">
      <w:pPr>
        <w:shd w:val="clear" w:color="auto" w:fill="2E6DA4"/>
        <w:spacing w:before="280" w:after="80"/>
      </w:pPr>
      <w:r>
        <w:rPr>
          <w:b/>
          <w:color w:val="FFFFFF"/>
        </w:rPr>
        <w:t xml:space="preserve">  3.  DADOS DO OUTRO PROGENITOR</w:t>
      </w:r>
    </w:p>
    <w:p w14:paraId="13BB58BB" w14:textId="77777777" w:rsidR="006B739D" w:rsidRDefault="00101606">
      <w:pPr>
        <w:spacing w:before="60" w:after="60"/>
      </w:pPr>
      <w:r>
        <w:rPr>
          <w:sz w:val="20"/>
        </w:rPr>
        <w:t>Nacionalidade do outro progenitor:  ______________________________________________________________________</w:t>
      </w:r>
    </w:p>
    <w:p w14:paraId="1547CB7D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País de residência atual do outro progenitor:  ______________________________________________________________________</w:t>
      </w:r>
    </w:p>
    <w:p w14:paraId="7E562DCF" w14:textId="77777777" w:rsidR="006B739D" w:rsidRPr="00CD08CA" w:rsidRDefault="00101606">
      <w:pPr>
        <w:spacing w:before="80" w:after="40"/>
        <w:rPr>
          <w:lang w:val="pt-PT"/>
        </w:rPr>
      </w:pPr>
      <w:r w:rsidRPr="00CD08CA">
        <w:rPr>
          <w:b/>
          <w:sz w:val="20"/>
          <w:lang w:val="pt-PT"/>
        </w:rPr>
        <w:t xml:space="preserve">O caso envolve questões internacionais?   </w:t>
      </w: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Sim</w:t>
      </w:r>
      <w:proofErr w:type="gramEnd"/>
      <w:r w:rsidRPr="00CD08CA">
        <w:rPr>
          <w:sz w:val="20"/>
          <w:lang w:val="pt-PT"/>
        </w:rPr>
        <w:t xml:space="preserve">          </w:t>
      </w:r>
      <w:proofErr w:type="gramStart"/>
      <w:r w:rsidRPr="00CD08CA">
        <w:rPr>
          <w:sz w:val="20"/>
          <w:lang w:val="pt-PT"/>
        </w:rPr>
        <w:t>☐  Não</w:t>
      </w:r>
      <w:proofErr w:type="gramEnd"/>
    </w:p>
    <w:p w14:paraId="4B284F44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Se sim, indique (pode assinalar várias):</w:t>
      </w:r>
    </w:p>
    <w:p w14:paraId="6475C149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lastRenderedPageBreak/>
        <w:t>☐</w:t>
      </w:r>
      <w:r w:rsidRPr="00CD08CA">
        <w:rPr>
          <w:sz w:val="20"/>
          <w:lang w:val="pt-PT"/>
        </w:rPr>
        <w:t xml:space="preserve">  Subtração</w:t>
      </w:r>
      <w:proofErr w:type="gramEnd"/>
      <w:r w:rsidRPr="00CD08CA">
        <w:rPr>
          <w:sz w:val="20"/>
          <w:lang w:val="pt-PT"/>
        </w:rPr>
        <w:t xml:space="preserve"> internacional de menores</w:t>
      </w:r>
    </w:p>
    <w:p w14:paraId="148508B4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Convenção</w:t>
      </w:r>
      <w:proofErr w:type="gramEnd"/>
      <w:r w:rsidRPr="00CD08CA">
        <w:rPr>
          <w:sz w:val="20"/>
          <w:lang w:val="pt-PT"/>
        </w:rPr>
        <w:t xml:space="preserve"> de Haia aplicável</w:t>
      </w:r>
    </w:p>
    <w:p w14:paraId="4EABAC8B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Regulamento</w:t>
      </w:r>
      <w:proofErr w:type="gramEnd"/>
      <w:r w:rsidRPr="00CD08CA">
        <w:rPr>
          <w:sz w:val="20"/>
          <w:lang w:val="pt-PT"/>
        </w:rPr>
        <w:t xml:space="preserve"> Bruxelas II-bis (UE)</w:t>
      </w:r>
    </w:p>
    <w:p w14:paraId="2B073174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Diferentes</w:t>
      </w:r>
      <w:proofErr w:type="gramEnd"/>
      <w:r w:rsidRPr="00CD08CA">
        <w:rPr>
          <w:sz w:val="20"/>
          <w:lang w:val="pt-PT"/>
        </w:rPr>
        <w:t xml:space="preserve"> sistemas jurídicos</w:t>
      </w:r>
    </w:p>
    <w:p w14:paraId="4E010AA1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Barreiras</w:t>
      </w:r>
      <w:proofErr w:type="gramEnd"/>
      <w:r w:rsidRPr="00CD08CA">
        <w:rPr>
          <w:sz w:val="20"/>
          <w:lang w:val="pt-PT"/>
        </w:rPr>
        <w:t xml:space="preserve"> linguísticas / culturais</w:t>
      </w:r>
    </w:p>
    <w:p w14:paraId="19019403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Mudança</w:t>
      </w:r>
      <w:proofErr w:type="gramEnd"/>
      <w:r w:rsidRPr="00CD08CA">
        <w:rPr>
          <w:sz w:val="20"/>
          <w:lang w:val="pt-PT"/>
        </w:rPr>
        <w:t xml:space="preserve"> de país sem autorização</w:t>
      </w:r>
    </w:p>
    <w:p w14:paraId="6C98028A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Outro</w:t>
      </w:r>
      <w:proofErr w:type="gramEnd"/>
      <w:r w:rsidRPr="00CD08CA">
        <w:rPr>
          <w:sz w:val="20"/>
          <w:lang w:val="pt-PT"/>
        </w:rPr>
        <w:t>: ___________________________________</w:t>
      </w:r>
    </w:p>
    <w:p w14:paraId="1EA664F7" w14:textId="77777777" w:rsidR="006B739D" w:rsidRPr="00CD08CA" w:rsidRDefault="00101606">
      <w:pPr>
        <w:shd w:val="clear" w:color="auto" w:fill="2E6DA4"/>
        <w:spacing w:before="280" w:after="80"/>
        <w:rPr>
          <w:lang w:val="pt-PT"/>
        </w:rPr>
      </w:pPr>
      <w:r w:rsidRPr="00CD08CA">
        <w:rPr>
          <w:b/>
          <w:color w:val="FFFFFF"/>
          <w:lang w:val="pt-PT"/>
        </w:rPr>
        <w:t xml:space="preserve">  4.  INFORMAÇÕES SOBRE A SEPARAÇÃO / DIVÓRCIO</w:t>
      </w:r>
    </w:p>
    <w:p w14:paraId="707C22E2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Data da separação / divórcio:  ______________________________________________________________________</w:t>
      </w:r>
    </w:p>
    <w:p w14:paraId="6553190F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Tipo de regulação:</w:t>
      </w:r>
    </w:p>
    <w:p w14:paraId="3FF53016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Acordo</w:t>
      </w:r>
      <w:proofErr w:type="gramEnd"/>
      <w:r w:rsidRPr="00CD08CA">
        <w:rPr>
          <w:sz w:val="20"/>
          <w:lang w:val="pt-PT"/>
        </w:rPr>
        <w:t xml:space="preserve"> entre os pais</w:t>
      </w:r>
    </w:p>
    <w:p w14:paraId="3C429B74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Decisão</w:t>
      </w:r>
      <w:proofErr w:type="gramEnd"/>
      <w:r w:rsidRPr="00CD08CA">
        <w:rPr>
          <w:sz w:val="20"/>
          <w:lang w:val="pt-PT"/>
        </w:rPr>
        <w:t xml:space="preserve"> judicial</w:t>
      </w:r>
    </w:p>
    <w:p w14:paraId="62527459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Regulação</w:t>
      </w:r>
      <w:proofErr w:type="gramEnd"/>
      <w:r w:rsidRPr="00CD08CA">
        <w:rPr>
          <w:sz w:val="20"/>
          <w:lang w:val="pt-PT"/>
        </w:rPr>
        <w:t xml:space="preserve"> provisória</w:t>
      </w:r>
    </w:p>
    <w:p w14:paraId="104677EA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Regulação</w:t>
      </w:r>
      <w:proofErr w:type="gramEnd"/>
      <w:r w:rsidRPr="00CD08CA">
        <w:rPr>
          <w:sz w:val="20"/>
          <w:lang w:val="pt-PT"/>
        </w:rPr>
        <w:t xml:space="preserve"> definitiva</w:t>
      </w:r>
    </w:p>
    <w:p w14:paraId="7A730FF7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Regime de responsabilidades parentais atual:</w:t>
      </w:r>
    </w:p>
    <w:p w14:paraId="2B386D45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Guarda</w:t>
      </w:r>
      <w:proofErr w:type="gramEnd"/>
      <w:r w:rsidRPr="00CD08CA">
        <w:rPr>
          <w:sz w:val="20"/>
          <w:lang w:val="pt-PT"/>
        </w:rPr>
        <w:t xml:space="preserve"> exclusiva — indicar progenitor: ___________________</w:t>
      </w:r>
    </w:p>
    <w:p w14:paraId="2EC4B155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Guarda</w:t>
      </w:r>
      <w:proofErr w:type="gramEnd"/>
      <w:r w:rsidRPr="00CD08CA">
        <w:rPr>
          <w:sz w:val="20"/>
          <w:lang w:val="pt-PT"/>
        </w:rPr>
        <w:t xml:space="preserve"> partilhada</w:t>
      </w:r>
    </w:p>
    <w:p w14:paraId="4AD3C55F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Residência</w:t>
      </w:r>
      <w:proofErr w:type="gramEnd"/>
      <w:r w:rsidRPr="00CD08CA">
        <w:rPr>
          <w:sz w:val="20"/>
          <w:lang w:val="pt-PT"/>
        </w:rPr>
        <w:t xml:space="preserve"> alternada</w:t>
      </w:r>
    </w:p>
    <w:p w14:paraId="3947AFE5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Outro</w:t>
      </w:r>
      <w:proofErr w:type="gramEnd"/>
      <w:r w:rsidRPr="00CD08CA">
        <w:rPr>
          <w:sz w:val="20"/>
          <w:lang w:val="pt-PT"/>
        </w:rPr>
        <w:t>: ___________________________________</w:t>
      </w:r>
    </w:p>
    <w:p w14:paraId="0E33AAA1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Distância entre residências dos progenitores (km):  ______________________________________________________________________</w:t>
      </w:r>
    </w:p>
    <w:p w14:paraId="6F258C12" w14:textId="77777777" w:rsidR="006B739D" w:rsidRPr="00CD08CA" w:rsidRDefault="00101606">
      <w:pPr>
        <w:shd w:val="clear" w:color="auto" w:fill="2E6DA4"/>
        <w:spacing w:before="280" w:after="80"/>
        <w:rPr>
          <w:lang w:val="pt-PT"/>
        </w:rPr>
      </w:pPr>
      <w:r w:rsidRPr="00CD08CA">
        <w:rPr>
          <w:b/>
          <w:color w:val="FFFFFF"/>
          <w:lang w:val="pt-PT"/>
        </w:rPr>
        <w:t xml:space="preserve">  5.  CONTEXTO DA SEPARAÇÃO</w:t>
      </w:r>
    </w:p>
    <w:p w14:paraId="0E7B877A" w14:textId="77777777" w:rsidR="006B739D" w:rsidRPr="00CD08CA" w:rsidRDefault="00101606">
      <w:pPr>
        <w:spacing w:before="80" w:after="80"/>
        <w:rPr>
          <w:lang w:val="pt-PT"/>
        </w:rPr>
      </w:pPr>
      <w:r w:rsidRPr="00CD08CA">
        <w:rPr>
          <w:i/>
          <w:color w:val="555555"/>
          <w:sz w:val="19"/>
          <w:lang w:val="pt-PT"/>
        </w:rPr>
        <w:t>Descreva de forma clara e objetiva como decorreu a separação e o impacto inicial nos filhos (quem tomou a decisão, como as crianças reagiram, mudança de residência, manutenção do contacto regular…):</w:t>
      </w:r>
    </w:p>
    <w:p w14:paraId="34090D64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5A538666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5157E56C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34094F6E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6438F7B7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78840FA1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7D587FC2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472A2173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365208E0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042B59E3" w14:textId="77777777" w:rsidR="006B739D" w:rsidRPr="00CD08CA" w:rsidRDefault="00101606">
      <w:pPr>
        <w:shd w:val="clear" w:color="auto" w:fill="2E6DA4"/>
        <w:spacing w:before="280" w:after="80"/>
        <w:rPr>
          <w:lang w:val="pt-PT"/>
        </w:rPr>
      </w:pPr>
      <w:r w:rsidRPr="00CD08CA">
        <w:rPr>
          <w:b/>
          <w:color w:val="FFFFFF"/>
          <w:lang w:val="pt-PT"/>
        </w:rPr>
        <w:t xml:space="preserve">  6.  SITUAÇÃO ATUAL DAS RESPONSABILIDADES PARENTAIS</w:t>
      </w:r>
    </w:p>
    <w:p w14:paraId="0E240B25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6.1. Regime de visitas estabelecido:</w:t>
      </w:r>
    </w:p>
    <w:p w14:paraId="17CC4E54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Fins</w:t>
      </w:r>
      <w:proofErr w:type="gramEnd"/>
      <w:r w:rsidRPr="00CD08CA">
        <w:rPr>
          <w:sz w:val="20"/>
          <w:lang w:val="pt-PT"/>
        </w:rPr>
        <w:t xml:space="preserve"> de semana alternados</w:t>
      </w:r>
    </w:p>
    <w:p w14:paraId="13E5B5B9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Meio</w:t>
      </w:r>
      <w:proofErr w:type="gramEnd"/>
      <w:r w:rsidRPr="00CD08CA">
        <w:rPr>
          <w:sz w:val="20"/>
          <w:lang w:val="pt-PT"/>
        </w:rPr>
        <w:t xml:space="preserve"> da semana + fins de semana alternados</w:t>
      </w:r>
    </w:p>
    <w:p w14:paraId="6E793F70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lastRenderedPageBreak/>
        <w:t>☐</w:t>
      </w:r>
      <w:r w:rsidRPr="00CD08CA">
        <w:rPr>
          <w:sz w:val="20"/>
          <w:lang w:val="pt-PT"/>
        </w:rPr>
        <w:t xml:space="preserve">  Outro</w:t>
      </w:r>
      <w:proofErr w:type="gramEnd"/>
      <w:r w:rsidRPr="00CD08CA">
        <w:rPr>
          <w:sz w:val="20"/>
          <w:lang w:val="pt-PT"/>
        </w:rPr>
        <w:t xml:space="preserve"> regime: ___________________________________</w:t>
      </w:r>
    </w:p>
    <w:p w14:paraId="3C83A599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6.2. O regime de visitas é cumprido?</w:t>
      </w:r>
    </w:p>
    <w:p w14:paraId="2174A671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Sim</w:t>
      </w:r>
      <w:proofErr w:type="gramEnd"/>
      <w:r w:rsidRPr="00CD08CA">
        <w:rPr>
          <w:sz w:val="20"/>
          <w:lang w:val="pt-PT"/>
        </w:rPr>
        <w:t>, regularmente</w:t>
      </w:r>
    </w:p>
    <w:p w14:paraId="1321F7F3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Parcialmente</w:t>
      </w:r>
      <w:proofErr w:type="gramEnd"/>
    </w:p>
    <w:p w14:paraId="1931CFEA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Não</w:t>
      </w:r>
      <w:proofErr w:type="gramEnd"/>
      <w:r w:rsidRPr="00CD08CA">
        <w:rPr>
          <w:sz w:val="20"/>
          <w:lang w:val="pt-PT"/>
        </w:rPr>
        <w:t xml:space="preserve"> é cumprido</w:t>
      </w:r>
    </w:p>
    <w:p w14:paraId="2702050C" w14:textId="77777777" w:rsidR="006B739D" w:rsidRPr="00CD08CA" w:rsidRDefault="00101606">
      <w:pPr>
        <w:spacing w:before="80" w:after="40"/>
        <w:rPr>
          <w:lang w:val="pt-PT"/>
        </w:rPr>
      </w:pPr>
      <w:r w:rsidRPr="00CD08CA">
        <w:rPr>
          <w:sz w:val="20"/>
          <w:lang w:val="pt-PT"/>
        </w:rPr>
        <w:t>Se não, explique as razões:</w:t>
      </w:r>
    </w:p>
    <w:p w14:paraId="13886A50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73634771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42B8A5B9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40BA84CC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6.3. Quem efetua os transportes das crianças?</w:t>
      </w:r>
    </w:p>
    <w:p w14:paraId="4E8550BD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Ambos</w:t>
      </w:r>
      <w:proofErr w:type="gramEnd"/>
      <w:r w:rsidRPr="00CD08CA">
        <w:rPr>
          <w:sz w:val="20"/>
          <w:lang w:val="pt-PT"/>
        </w:rPr>
        <w:t xml:space="preserve"> os pais (alternam)</w:t>
      </w:r>
    </w:p>
    <w:p w14:paraId="6B773933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Apenas</w:t>
      </w:r>
      <w:proofErr w:type="gramEnd"/>
      <w:r w:rsidRPr="00CD08CA">
        <w:rPr>
          <w:sz w:val="20"/>
          <w:lang w:val="pt-PT"/>
        </w:rPr>
        <w:t xml:space="preserve"> o progenitor residente</w:t>
      </w:r>
    </w:p>
    <w:p w14:paraId="57DA51DC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Apenas</w:t>
      </w:r>
      <w:proofErr w:type="gramEnd"/>
      <w:r w:rsidRPr="00CD08CA">
        <w:rPr>
          <w:sz w:val="20"/>
          <w:lang w:val="pt-PT"/>
        </w:rPr>
        <w:t xml:space="preserve"> o progenitor não residente</w:t>
      </w:r>
    </w:p>
    <w:p w14:paraId="6D835A55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Outro</w:t>
      </w:r>
      <w:proofErr w:type="gramEnd"/>
      <w:r w:rsidRPr="00CD08CA">
        <w:rPr>
          <w:sz w:val="20"/>
          <w:lang w:val="pt-PT"/>
        </w:rPr>
        <w:t>: ___________________________________</w:t>
      </w:r>
    </w:p>
    <w:p w14:paraId="632D60EB" w14:textId="77777777" w:rsidR="006B739D" w:rsidRPr="00CD08CA" w:rsidRDefault="00101606">
      <w:pPr>
        <w:shd w:val="clear" w:color="auto" w:fill="2E6DA4"/>
        <w:spacing w:before="280" w:after="80"/>
        <w:rPr>
          <w:lang w:val="pt-PT"/>
        </w:rPr>
      </w:pPr>
      <w:r w:rsidRPr="00CD08CA">
        <w:rPr>
          <w:b/>
          <w:color w:val="FFFFFF"/>
          <w:lang w:val="pt-PT"/>
        </w:rPr>
        <w:t xml:space="preserve">  7.  OBSTÁCULOS AO CONVÍVIO COM OS FILHOS</w:t>
      </w:r>
    </w:p>
    <w:p w14:paraId="5EEC02E4" w14:textId="77777777" w:rsidR="006B739D" w:rsidRPr="00CD08CA" w:rsidRDefault="00101606">
      <w:pPr>
        <w:spacing w:before="80" w:after="40"/>
        <w:rPr>
          <w:lang w:val="pt-PT"/>
        </w:rPr>
      </w:pPr>
      <w:r w:rsidRPr="00CD08CA">
        <w:rPr>
          <w:b/>
          <w:sz w:val="20"/>
          <w:lang w:val="pt-PT"/>
        </w:rPr>
        <w:t xml:space="preserve">7.1. Tem enfrentado dificuldades no contacto com os seus filhos?   </w:t>
      </w: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Sim</w:t>
      </w:r>
      <w:proofErr w:type="gramEnd"/>
      <w:r w:rsidRPr="00CD08CA">
        <w:rPr>
          <w:sz w:val="20"/>
          <w:lang w:val="pt-PT"/>
        </w:rPr>
        <w:t xml:space="preserve">          </w:t>
      </w:r>
      <w:proofErr w:type="gramStart"/>
      <w:r w:rsidRPr="00CD08CA">
        <w:rPr>
          <w:sz w:val="20"/>
          <w:lang w:val="pt-PT"/>
        </w:rPr>
        <w:t>☐  Não</w:t>
      </w:r>
      <w:proofErr w:type="gramEnd"/>
    </w:p>
    <w:p w14:paraId="1F37D7C5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7.2. Se sim, indique quais (pode assinalar várias):</w:t>
      </w:r>
    </w:p>
    <w:p w14:paraId="3C5D6C78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Recusa</w:t>
      </w:r>
      <w:proofErr w:type="gramEnd"/>
      <w:r w:rsidRPr="00CD08CA">
        <w:rPr>
          <w:sz w:val="20"/>
          <w:lang w:val="pt-PT"/>
        </w:rPr>
        <w:t xml:space="preserve"> da criança em estar consigo</w:t>
      </w:r>
    </w:p>
    <w:p w14:paraId="67171181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O</w:t>
      </w:r>
      <w:proofErr w:type="gramEnd"/>
      <w:r w:rsidRPr="00CD08CA">
        <w:rPr>
          <w:sz w:val="20"/>
          <w:lang w:val="pt-PT"/>
        </w:rPr>
        <w:t xml:space="preserve"> outro progenitor não entrega a criança</w:t>
      </w:r>
    </w:p>
    <w:p w14:paraId="7B0780DD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Contactos</w:t>
      </w:r>
      <w:proofErr w:type="gramEnd"/>
      <w:r w:rsidRPr="00CD08CA">
        <w:rPr>
          <w:sz w:val="20"/>
          <w:lang w:val="pt-PT"/>
        </w:rPr>
        <w:t xml:space="preserve"> telefónicos bloqueados ou não atendidos</w:t>
      </w:r>
    </w:p>
    <w:p w14:paraId="69E799EA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Mensagens</w:t>
      </w:r>
      <w:proofErr w:type="gramEnd"/>
      <w:r w:rsidRPr="00CD08CA">
        <w:rPr>
          <w:sz w:val="20"/>
          <w:lang w:val="pt-PT"/>
        </w:rPr>
        <w:t xml:space="preserve"> não respondidas</w:t>
      </w:r>
    </w:p>
    <w:p w14:paraId="75089B1E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Agendamento</w:t>
      </w:r>
      <w:proofErr w:type="gramEnd"/>
      <w:r w:rsidRPr="00CD08CA">
        <w:rPr>
          <w:sz w:val="20"/>
          <w:lang w:val="pt-PT"/>
        </w:rPr>
        <w:t xml:space="preserve"> de atividades nos períodos de convívio</w:t>
      </w:r>
    </w:p>
    <w:p w14:paraId="6633CA6D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Mudança</w:t>
      </w:r>
      <w:proofErr w:type="gramEnd"/>
      <w:r w:rsidRPr="00CD08CA">
        <w:rPr>
          <w:sz w:val="20"/>
          <w:lang w:val="pt-PT"/>
        </w:rPr>
        <w:t xml:space="preserve"> de residência sem consentimento</w:t>
      </w:r>
    </w:p>
    <w:p w14:paraId="6BE9B39A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Falsas</w:t>
      </w:r>
      <w:proofErr w:type="gramEnd"/>
      <w:r w:rsidRPr="00CD08CA">
        <w:rPr>
          <w:sz w:val="20"/>
          <w:lang w:val="pt-PT"/>
        </w:rPr>
        <w:t xml:space="preserve"> acusações</w:t>
      </w:r>
    </w:p>
    <w:p w14:paraId="7F9C0C62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Outro</w:t>
      </w:r>
      <w:proofErr w:type="gramEnd"/>
      <w:r w:rsidRPr="00CD08CA">
        <w:rPr>
          <w:sz w:val="20"/>
          <w:lang w:val="pt-PT"/>
        </w:rPr>
        <w:t>: ___________________________________</w:t>
      </w:r>
    </w:p>
    <w:p w14:paraId="20940C1B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7.3. Descreva situações concretas (inclua datas, locais, testemunhas, intervenção de autoridades):</w:t>
      </w:r>
    </w:p>
    <w:p w14:paraId="6AA12F10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44976F0D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008C1154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1881818F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3B540DB6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229EDE64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43C66743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2D745360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62AF6224" w14:textId="77777777" w:rsidR="006B739D" w:rsidRPr="00CD08CA" w:rsidRDefault="00101606">
      <w:pPr>
        <w:shd w:val="clear" w:color="auto" w:fill="2E6DA4"/>
        <w:spacing w:before="280" w:after="80"/>
        <w:rPr>
          <w:lang w:val="pt-PT"/>
        </w:rPr>
      </w:pPr>
      <w:r w:rsidRPr="00CD08CA">
        <w:rPr>
          <w:b/>
          <w:color w:val="FFFFFF"/>
          <w:lang w:val="pt-PT"/>
        </w:rPr>
        <w:t xml:space="preserve">  8.  SINAIS DE ALIENAÇÃO PARENTAL</w:t>
      </w:r>
    </w:p>
    <w:p w14:paraId="7D54D7DD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8.1. Tem notado mudanças no comportamento ou discurso dos seus filhos?</w:t>
      </w:r>
    </w:p>
    <w:p w14:paraId="3AEA42DB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Discurso</w:t>
      </w:r>
      <w:proofErr w:type="gramEnd"/>
      <w:r w:rsidRPr="00CD08CA">
        <w:rPr>
          <w:sz w:val="20"/>
          <w:lang w:val="pt-PT"/>
        </w:rPr>
        <w:t xml:space="preserve"> negativo sobre si (repete frases do outro progenitor)</w:t>
      </w:r>
    </w:p>
    <w:p w14:paraId="481391EB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lastRenderedPageBreak/>
        <w:t>☐</w:t>
      </w:r>
      <w:r w:rsidRPr="00CD08CA">
        <w:rPr>
          <w:sz w:val="20"/>
          <w:lang w:val="pt-PT"/>
        </w:rPr>
        <w:t xml:space="preserve">  Recusa</w:t>
      </w:r>
      <w:proofErr w:type="gramEnd"/>
      <w:r w:rsidRPr="00CD08CA">
        <w:rPr>
          <w:sz w:val="20"/>
          <w:lang w:val="pt-PT"/>
        </w:rPr>
        <w:t xml:space="preserve"> injustificada de contacto</w:t>
      </w:r>
    </w:p>
    <w:p w14:paraId="31D1AD5A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Expressões</w:t>
      </w:r>
      <w:proofErr w:type="gramEnd"/>
      <w:r w:rsidRPr="00CD08CA">
        <w:rPr>
          <w:sz w:val="20"/>
          <w:lang w:val="pt-PT"/>
        </w:rPr>
        <w:t xml:space="preserve"> de ódio ou desprezo desproporcionais</w:t>
      </w:r>
    </w:p>
    <w:p w14:paraId="53F42C63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Ausência</w:t>
      </w:r>
      <w:proofErr w:type="gramEnd"/>
      <w:r w:rsidRPr="00CD08CA">
        <w:rPr>
          <w:sz w:val="20"/>
          <w:lang w:val="pt-PT"/>
        </w:rPr>
        <w:t xml:space="preserve"> de ambivalência (apenas vê aspetos negativos)</w:t>
      </w:r>
    </w:p>
    <w:p w14:paraId="5957B1DF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Justificações</w:t>
      </w:r>
      <w:proofErr w:type="gramEnd"/>
      <w:r w:rsidRPr="00CD08CA">
        <w:rPr>
          <w:sz w:val="20"/>
          <w:lang w:val="pt-PT"/>
        </w:rPr>
        <w:t xml:space="preserve"> absurdas ou frágeis para a rejeição</w:t>
      </w:r>
    </w:p>
    <w:p w14:paraId="144FA509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Defesa</w:t>
      </w:r>
      <w:proofErr w:type="gramEnd"/>
      <w:r w:rsidRPr="00CD08CA">
        <w:rPr>
          <w:sz w:val="20"/>
          <w:lang w:val="pt-PT"/>
        </w:rPr>
        <w:t xml:space="preserve"> do progenitor alienador</w:t>
      </w:r>
    </w:p>
    <w:p w14:paraId="4E7B08C2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Extensão</w:t>
      </w:r>
      <w:proofErr w:type="gramEnd"/>
      <w:r w:rsidRPr="00CD08CA">
        <w:rPr>
          <w:sz w:val="20"/>
          <w:lang w:val="pt-PT"/>
        </w:rPr>
        <w:t xml:space="preserve"> da hostilidade à família alargada</w:t>
      </w:r>
    </w:p>
    <w:p w14:paraId="610BE70C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8.2. Descreva situações específicas que ilustrem estas mudanças:</w:t>
      </w:r>
    </w:p>
    <w:p w14:paraId="20AB98C5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72107622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7C90FBDF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611B8E39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792C166B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2B64EE6C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5A1B8045" w14:textId="77777777" w:rsidR="006B739D" w:rsidRPr="00CD08CA" w:rsidRDefault="00101606">
      <w:pPr>
        <w:shd w:val="clear" w:color="auto" w:fill="2E6DA4"/>
        <w:spacing w:before="280" w:after="80"/>
        <w:rPr>
          <w:lang w:val="pt-PT"/>
        </w:rPr>
      </w:pPr>
      <w:r w:rsidRPr="00CD08CA">
        <w:rPr>
          <w:b/>
          <w:color w:val="FFFFFF"/>
          <w:lang w:val="pt-PT"/>
        </w:rPr>
        <w:t xml:space="preserve">  9.  IMPACTO NAS CRIANÇAS</w:t>
      </w:r>
    </w:p>
    <w:p w14:paraId="6C14CB81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9.1. Tem observado sinais de sofrimento emocional ou alterações no comportamento das crianças?</w:t>
      </w:r>
    </w:p>
    <w:p w14:paraId="74CFF80A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Problemas</w:t>
      </w:r>
      <w:proofErr w:type="gramEnd"/>
      <w:r w:rsidRPr="00CD08CA">
        <w:rPr>
          <w:sz w:val="20"/>
          <w:lang w:val="pt-PT"/>
        </w:rPr>
        <w:t xml:space="preserve"> de sono</w:t>
      </w:r>
    </w:p>
    <w:p w14:paraId="696B924A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Enurese</w:t>
      </w:r>
      <w:proofErr w:type="gramEnd"/>
      <w:r w:rsidRPr="00CD08CA">
        <w:rPr>
          <w:sz w:val="20"/>
          <w:lang w:val="pt-PT"/>
        </w:rPr>
        <w:t xml:space="preserve"> noturna (fazer xixi na cama)</w:t>
      </w:r>
    </w:p>
    <w:p w14:paraId="5ED8080F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Problemas</w:t>
      </w:r>
      <w:proofErr w:type="gramEnd"/>
      <w:r w:rsidRPr="00CD08CA">
        <w:rPr>
          <w:sz w:val="20"/>
          <w:lang w:val="pt-PT"/>
        </w:rPr>
        <w:t xml:space="preserve"> alimentares</w:t>
      </w:r>
    </w:p>
    <w:p w14:paraId="20BA05DC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Queixas</w:t>
      </w:r>
      <w:proofErr w:type="gramEnd"/>
      <w:r w:rsidRPr="00CD08CA">
        <w:rPr>
          <w:sz w:val="20"/>
          <w:lang w:val="pt-PT"/>
        </w:rPr>
        <w:t xml:space="preserve"> somáticas (dores de barriga, cabeça…)</w:t>
      </w:r>
    </w:p>
    <w:p w14:paraId="1B7F9DAB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Ansiedade</w:t>
      </w:r>
      <w:proofErr w:type="gramEnd"/>
      <w:r w:rsidRPr="00CD08CA">
        <w:rPr>
          <w:sz w:val="20"/>
          <w:lang w:val="pt-PT"/>
        </w:rPr>
        <w:t xml:space="preserve"> ou medos excessivos</w:t>
      </w:r>
    </w:p>
    <w:p w14:paraId="09D06D4F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Tristeza</w:t>
      </w:r>
      <w:proofErr w:type="gramEnd"/>
      <w:r w:rsidRPr="00CD08CA">
        <w:rPr>
          <w:sz w:val="20"/>
          <w:lang w:val="pt-PT"/>
        </w:rPr>
        <w:t xml:space="preserve"> ou choro frequente</w:t>
      </w:r>
    </w:p>
    <w:p w14:paraId="1BFE2E6B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Agressividade</w:t>
      </w:r>
      <w:proofErr w:type="gramEnd"/>
    </w:p>
    <w:p w14:paraId="014773A0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Isolamento</w:t>
      </w:r>
      <w:proofErr w:type="gramEnd"/>
      <w:r w:rsidRPr="00CD08CA">
        <w:rPr>
          <w:sz w:val="20"/>
          <w:lang w:val="pt-PT"/>
        </w:rPr>
        <w:t xml:space="preserve"> social</w:t>
      </w:r>
    </w:p>
    <w:p w14:paraId="2D2B6FCF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Queda</w:t>
      </w:r>
      <w:proofErr w:type="gramEnd"/>
      <w:r w:rsidRPr="00CD08CA">
        <w:rPr>
          <w:sz w:val="20"/>
          <w:lang w:val="pt-PT"/>
        </w:rPr>
        <w:t xml:space="preserve"> no rendimento escolar</w:t>
      </w:r>
    </w:p>
    <w:p w14:paraId="766D11E4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Outros</w:t>
      </w:r>
      <w:proofErr w:type="gramEnd"/>
      <w:r w:rsidRPr="00CD08CA">
        <w:rPr>
          <w:sz w:val="20"/>
          <w:lang w:val="pt-PT"/>
        </w:rPr>
        <w:t>: ___________________________________</w:t>
      </w:r>
    </w:p>
    <w:p w14:paraId="51545E49" w14:textId="77777777" w:rsidR="006B739D" w:rsidRPr="00CD08CA" w:rsidRDefault="00101606">
      <w:pPr>
        <w:spacing w:before="80" w:after="40"/>
        <w:rPr>
          <w:lang w:val="pt-PT"/>
        </w:rPr>
      </w:pPr>
      <w:r w:rsidRPr="00CD08CA">
        <w:rPr>
          <w:b/>
          <w:sz w:val="20"/>
          <w:lang w:val="pt-PT"/>
        </w:rPr>
        <w:t xml:space="preserve">9.2. Algum profissional de saúde ou de educação já expressou preocupações?   </w:t>
      </w: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Sim</w:t>
      </w:r>
      <w:proofErr w:type="gramEnd"/>
      <w:r w:rsidRPr="00CD08CA">
        <w:rPr>
          <w:sz w:val="20"/>
          <w:lang w:val="pt-PT"/>
        </w:rPr>
        <w:t xml:space="preserve">          </w:t>
      </w:r>
      <w:proofErr w:type="gramStart"/>
      <w:r w:rsidRPr="00CD08CA">
        <w:rPr>
          <w:sz w:val="20"/>
          <w:lang w:val="pt-PT"/>
        </w:rPr>
        <w:t>☐  Não</w:t>
      </w:r>
      <w:proofErr w:type="gramEnd"/>
    </w:p>
    <w:p w14:paraId="2CB201E5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Se sim, especifique (médico, psicólogo, professor, etc.):</w:t>
      </w:r>
    </w:p>
    <w:p w14:paraId="43FF6CD5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38FEFB86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29041CD9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1DD36A28" w14:textId="77777777" w:rsidR="006B739D" w:rsidRPr="00CD08CA" w:rsidRDefault="00101606">
      <w:pPr>
        <w:shd w:val="clear" w:color="auto" w:fill="2E6DA4"/>
        <w:spacing w:before="280" w:after="80"/>
        <w:rPr>
          <w:lang w:val="pt-PT"/>
        </w:rPr>
      </w:pPr>
      <w:r w:rsidRPr="00CD08CA">
        <w:rPr>
          <w:b/>
          <w:color w:val="FFFFFF"/>
          <w:lang w:val="pt-PT"/>
        </w:rPr>
        <w:t xml:space="preserve">  10.  MEDIDAS TOMADAS</w:t>
      </w:r>
    </w:p>
    <w:p w14:paraId="529C3248" w14:textId="77777777" w:rsidR="006B739D" w:rsidRPr="00CD08CA" w:rsidRDefault="00101606">
      <w:pPr>
        <w:spacing w:before="80" w:after="40"/>
        <w:rPr>
          <w:lang w:val="pt-PT"/>
        </w:rPr>
      </w:pPr>
      <w:r w:rsidRPr="00CD08CA">
        <w:rPr>
          <w:b/>
          <w:sz w:val="20"/>
          <w:lang w:val="pt-PT"/>
        </w:rPr>
        <w:t xml:space="preserve">10.1. Já recorreu a apoio jurídico?   </w:t>
      </w: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Sim</w:t>
      </w:r>
      <w:proofErr w:type="gramEnd"/>
      <w:r w:rsidRPr="00CD08CA">
        <w:rPr>
          <w:sz w:val="20"/>
          <w:lang w:val="pt-PT"/>
        </w:rPr>
        <w:t xml:space="preserve">          </w:t>
      </w:r>
      <w:proofErr w:type="gramStart"/>
      <w:r w:rsidRPr="00CD08CA">
        <w:rPr>
          <w:sz w:val="20"/>
          <w:lang w:val="pt-PT"/>
        </w:rPr>
        <w:t>☐  Não</w:t>
      </w:r>
      <w:proofErr w:type="gramEnd"/>
    </w:p>
    <w:p w14:paraId="4D41E55F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Se sim, que medidas foram tomadas (pode assinalar várias):</w:t>
      </w:r>
    </w:p>
    <w:p w14:paraId="740958F5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Regulação</w:t>
      </w:r>
      <w:proofErr w:type="gramEnd"/>
      <w:r w:rsidRPr="00CD08CA">
        <w:rPr>
          <w:sz w:val="20"/>
          <w:lang w:val="pt-PT"/>
        </w:rPr>
        <w:t xml:space="preserve"> das responsabilidades parentais</w:t>
      </w:r>
    </w:p>
    <w:p w14:paraId="25A69AFA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Ação</w:t>
      </w:r>
      <w:proofErr w:type="gramEnd"/>
      <w:r w:rsidRPr="00CD08CA">
        <w:rPr>
          <w:sz w:val="20"/>
          <w:lang w:val="pt-PT"/>
        </w:rPr>
        <w:t xml:space="preserve"> de incumprimento</w:t>
      </w:r>
    </w:p>
    <w:p w14:paraId="039438EC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Processo</w:t>
      </w:r>
      <w:proofErr w:type="gramEnd"/>
      <w:r w:rsidRPr="00CD08CA">
        <w:rPr>
          <w:sz w:val="20"/>
          <w:lang w:val="pt-PT"/>
        </w:rPr>
        <w:t xml:space="preserve"> de alteração de residências</w:t>
      </w:r>
    </w:p>
    <w:p w14:paraId="68586FE0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Pedido</w:t>
      </w:r>
      <w:proofErr w:type="gramEnd"/>
      <w:r w:rsidRPr="00CD08CA">
        <w:rPr>
          <w:sz w:val="20"/>
          <w:lang w:val="pt-PT"/>
        </w:rPr>
        <w:t xml:space="preserve"> de acompanhamento psicológico</w:t>
      </w:r>
    </w:p>
    <w:p w14:paraId="23C8E2C8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lastRenderedPageBreak/>
        <w:t>☐</w:t>
      </w:r>
      <w:r w:rsidRPr="00CD08CA">
        <w:rPr>
          <w:sz w:val="20"/>
          <w:lang w:val="pt-PT"/>
        </w:rPr>
        <w:t xml:space="preserve">  Outro</w:t>
      </w:r>
      <w:proofErr w:type="gramEnd"/>
      <w:r w:rsidRPr="00CD08CA">
        <w:rPr>
          <w:sz w:val="20"/>
          <w:lang w:val="pt-PT"/>
        </w:rPr>
        <w:t>: ___________________________________</w:t>
      </w:r>
    </w:p>
    <w:p w14:paraId="6CB0D68A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10.2. Houve intervenção de autoridades?</w:t>
      </w:r>
    </w:p>
    <w:p w14:paraId="57235BB3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GNR</w:t>
      </w:r>
      <w:proofErr w:type="gramEnd"/>
      <w:r w:rsidRPr="00CD08CA">
        <w:rPr>
          <w:sz w:val="20"/>
          <w:lang w:val="pt-PT"/>
        </w:rPr>
        <w:t xml:space="preserve"> / PSP (Auto de ocorrência)</w:t>
      </w:r>
    </w:p>
    <w:p w14:paraId="0281CDB4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CPCJ</w:t>
      </w:r>
      <w:proofErr w:type="gramEnd"/>
      <w:r w:rsidRPr="00CD08CA">
        <w:rPr>
          <w:sz w:val="20"/>
          <w:lang w:val="pt-PT"/>
        </w:rPr>
        <w:t xml:space="preserve"> (Comissão de Proteção de Crianças e Jovens)</w:t>
      </w:r>
    </w:p>
    <w:p w14:paraId="48BD268A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Ministério</w:t>
      </w:r>
      <w:proofErr w:type="gramEnd"/>
      <w:r w:rsidRPr="00CD08CA">
        <w:rPr>
          <w:sz w:val="20"/>
          <w:lang w:val="pt-PT"/>
        </w:rPr>
        <w:t xml:space="preserve"> Público</w:t>
      </w:r>
    </w:p>
    <w:p w14:paraId="1B7C6629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Outro</w:t>
      </w:r>
      <w:proofErr w:type="gramEnd"/>
      <w:r w:rsidRPr="00CD08CA">
        <w:rPr>
          <w:sz w:val="20"/>
          <w:lang w:val="pt-PT"/>
        </w:rPr>
        <w:t>: ___________________________________</w:t>
      </w:r>
    </w:p>
    <w:p w14:paraId="0E67FE33" w14:textId="77777777" w:rsidR="006B739D" w:rsidRPr="00CD08CA" w:rsidRDefault="00101606">
      <w:pPr>
        <w:spacing w:before="120" w:after="40"/>
        <w:rPr>
          <w:lang w:val="pt-PT"/>
        </w:rPr>
      </w:pPr>
      <w:r w:rsidRPr="00CD08CA">
        <w:rPr>
          <w:b/>
          <w:color w:val="1A3A5C"/>
          <w:sz w:val="20"/>
          <w:lang w:val="pt-PT"/>
        </w:rPr>
        <w:t>Datas e números de processo (se aplicável):</w:t>
      </w:r>
    </w:p>
    <w:p w14:paraId="468FB30F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11D519B3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374793F0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50032299" w14:textId="77777777" w:rsidR="006B739D" w:rsidRPr="00CD08CA" w:rsidRDefault="00101606">
      <w:pPr>
        <w:shd w:val="clear" w:color="auto" w:fill="2E6DA4"/>
        <w:spacing w:before="280" w:after="80"/>
        <w:rPr>
          <w:lang w:val="pt-PT"/>
        </w:rPr>
      </w:pPr>
      <w:r w:rsidRPr="00CD08CA">
        <w:rPr>
          <w:b/>
          <w:color w:val="FFFFFF"/>
          <w:lang w:val="pt-PT"/>
        </w:rPr>
        <w:t xml:space="preserve">  11.  OUTRAS INFORMAÇÕES RELEVANTES</w:t>
      </w:r>
    </w:p>
    <w:p w14:paraId="23531B34" w14:textId="77777777" w:rsidR="006B739D" w:rsidRPr="00CD08CA" w:rsidRDefault="00101606">
      <w:pPr>
        <w:spacing w:before="80"/>
        <w:rPr>
          <w:lang w:val="pt-PT"/>
        </w:rPr>
      </w:pPr>
      <w:r w:rsidRPr="00CD08CA">
        <w:rPr>
          <w:i/>
          <w:color w:val="555555"/>
          <w:sz w:val="19"/>
          <w:lang w:val="pt-PT"/>
        </w:rPr>
        <w:t>Utilize este espaço para acrescentar qualquer informação que considere importante:</w:t>
      </w:r>
    </w:p>
    <w:p w14:paraId="464768A4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3C8631BF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032F41E2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46FF383E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481D84C2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2F7AD5FA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166FA6F3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5464648F" w14:textId="77777777" w:rsidR="006B739D" w:rsidRPr="00CD08CA" w:rsidRDefault="00101606">
      <w:pPr>
        <w:spacing w:before="60" w:after="60"/>
        <w:rPr>
          <w:lang w:val="pt-PT"/>
        </w:rPr>
      </w:pPr>
      <w:r w:rsidRPr="00CD08CA">
        <w:rPr>
          <w:sz w:val="20"/>
          <w:lang w:val="pt-PT"/>
        </w:rPr>
        <w:t>______________________________________________________________________________</w:t>
      </w:r>
    </w:p>
    <w:p w14:paraId="2A72A934" w14:textId="77777777" w:rsidR="006B739D" w:rsidRPr="00CD08CA" w:rsidRDefault="00101606">
      <w:pPr>
        <w:shd w:val="clear" w:color="auto" w:fill="2E6DA4"/>
        <w:spacing w:before="280" w:after="80"/>
        <w:rPr>
          <w:lang w:val="pt-PT"/>
        </w:rPr>
      </w:pPr>
      <w:r w:rsidRPr="00CD08CA">
        <w:rPr>
          <w:b/>
          <w:color w:val="FFFFFF"/>
          <w:lang w:val="pt-PT"/>
        </w:rPr>
        <w:t xml:space="preserve">  12.  DOCUMENTAÇÃO DE APOIO</w:t>
      </w:r>
    </w:p>
    <w:p w14:paraId="0BD1EEE9" w14:textId="77777777" w:rsidR="006B739D" w:rsidRPr="00CD08CA" w:rsidRDefault="00101606">
      <w:pPr>
        <w:spacing w:before="80" w:after="80"/>
        <w:rPr>
          <w:lang w:val="pt-PT"/>
        </w:rPr>
      </w:pPr>
      <w:r w:rsidRPr="00CD08CA">
        <w:rPr>
          <w:b/>
          <w:sz w:val="20"/>
          <w:lang w:val="pt-PT"/>
        </w:rPr>
        <w:t>Tem documentos que possam comprovar a sua situação? (assinale os disponíveis)</w:t>
      </w:r>
    </w:p>
    <w:p w14:paraId="0FC70AE8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Mensagens</w:t>
      </w:r>
      <w:proofErr w:type="gramEnd"/>
      <w:r w:rsidRPr="00CD08CA">
        <w:rPr>
          <w:sz w:val="20"/>
          <w:lang w:val="pt-PT"/>
        </w:rPr>
        <w:t xml:space="preserve"> / e-mails</w:t>
      </w:r>
    </w:p>
    <w:p w14:paraId="61FA2AD7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Gravações</w:t>
      </w:r>
      <w:proofErr w:type="gramEnd"/>
      <w:r w:rsidRPr="00CD08CA">
        <w:rPr>
          <w:sz w:val="20"/>
          <w:lang w:val="pt-PT"/>
        </w:rPr>
        <w:t xml:space="preserve"> áudio ou vídeo</w:t>
      </w:r>
    </w:p>
    <w:p w14:paraId="554A5BA9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Relatórios</w:t>
      </w:r>
      <w:proofErr w:type="gramEnd"/>
      <w:r w:rsidRPr="00CD08CA">
        <w:rPr>
          <w:sz w:val="20"/>
          <w:lang w:val="pt-PT"/>
        </w:rPr>
        <w:t xml:space="preserve"> médicos / psicológicos</w:t>
      </w:r>
    </w:p>
    <w:p w14:paraId="20AB4F44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Autos</w:t>
      </w:r>
      <w:proofErr w:type="gramEnd"/>
      <w:r w:rsidRPr="00CD08CA">
        <w:rPr>
          <w:sz w:val="20"/>
          <w:lang w:val="pt-PT"/>
        </w:rPr>
        <w:t xml:space="preserve"> de ocorrência (GNR / PSP)</w:t>
      </w:r>
    </w:p>
    <w:p w14:paraId="670CBA9E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Documentos</w:t>
      </w:r>
      <w:proofErr w:type="gramEnd"/>
      <w:r w:rsidRPr="00CD08CA">
        <w:rPr>
          <w:sz w:val="20"/>
          <w:lang w:val="pt-PT"/>
        </w:rPr>
        <w:t xml:space="preserve"> judiciais</w:t>
      </w:r>
    </w:p>
    <w:p w14:paraId="6E603436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Fotografias</w:t>
      </w:r>
      <w:proofErr w:type="gramEnd"/>
    </w:p>
    <w:p w14:paraId="7BBFDC45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Testemunhos</w:t>
      </w:r>
      <w:proofErr w:type="gramEnd"/>
      <w:r w:rsidRPr="00CD08CA">
        <w:rPr>
          <w:sz w:val="20"/>
          <w:lang w:val="pt-PT"/>
        </w:rPr>
        <w:t xml:space="preserve"> escritos</w:t>
      </w:r>
    </w:p>
    <w:p w14:paraId="0A724F90" w14:textId="77777777" w:rsidR="006B739D" w:rsidRPr="00CD08CA" w:rsidRDefault="00101606">
      <w:pPr>
        <w:spacing w:before="120" w:after="80"/>
        <w:ind w:left="283"/>
        <w:rPr>
          <w:lang w:val="pt-PT"/>
        </w:rPr>
      </w:pPr>
      <w:r w:rsidRPr="00CD08CA">
        <w:rPr>
          <w:i/>
          <w:color w:val="2E6DA4"/>
          <w:sz w:val="18"/>
          <w:lang w:val="pt-PT"/>
        </w:rPr>
        <w:t>Por favor, envie cópias digitalizadas para o e-mail da associação.</w:t>
      </w:r>
    </w:p>
    <w:p w14:paraId="5E62EA9A" w14:textId="77777777" w:rsidR="006B739D" w:rsidRPr="00CD08CA" w:rsidRDefault="00101606">
      <w:pPr>
        <w:shd w:val="clear" w:color="auto" w:fill="2E6DA4"/>
        <w:spacing w:before="280" w:after="80"/>
        <w:rPr>
          <w:lang w:val="pt-PT"/>
        </w:rPr>
      </w:pPr>
      <w:r w:rsidRPr="00CD08CA">
        <w:rPr>
          <w:b/>
          <w:color w:val="FFFFFF"/>
          <w:lang w:val="pt-PT"/>
        </w:rPr>
        <w:t xml:space="preserve">  13.  CONSENTIMENTO E DECLARAÇÃO</w:t>
      </w:r>
    </w:p>
    <w:p w14:paraId="13CF04FE" w14:textId="77777777" w:rsidR="006B739D" w:rsidRPr="00CD08CA" w:rsidRDefault="00101606">
      <w:pPr>
        <w:spacing w:before="120" w:after="120"/>
        <w:rPr>
          <w:lang w:val="pt-PT"/>
        </w:rPr>
      </w:pPr>
      <w:r w:rsidRPr="00CD08CA">
        <w:rPr>
          <w:sz w:val="20"/>
          <w:lang w:val="pt-PT"/>
        </w:rPr>
        <w:t>Declaro que todas as informações prestadas são verdadeiras e autorizo a Associação Portuguesa para a Igualdade Parental e Direitos dos Filhos a utilizar os dados fornecidos para:</w:t>
      </w:r>
    </w:p>
    <w:p w14:paraId="07FF3F19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Apoio</w:t>
      </w:r>
      <w:proofErr w:type="gramEnd"/>
      <w:r w:rsidRPr="00CD08CA">
        <w:rPr>
          <w:sz w:val="20"/>
          <w:lang w:val="pt-PT"/>
        </w:rPr>
        <w:t xml:space="preserve"> e acompanhamento do meu caso</w:t>
      </w:r>
    </w:p>
    <w:p w14:paraId="662445BF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Estudos</w:t>
      </w:r>
      <w:proofErr w:type="gramEnd"/>
      <w:r w:rsidRPr="00CD08CA">
        <w:rPr>
          <w:sz w:val="20"/>
          <w:lang w:val="pt-PT"/>
        </w:rPr>
        <w:t xml:space="preserve"> estatísticos (dados anonimizados)</w:t>
      </w:r>
    </w:p>
    <w:p w14:paraId="18949BE9" w14:textId="77777777" w:rsidR="006B739D" w:rsidRPr="00CD08CA" w:rsidRDefault="00101606">
      <w:pPr>
        <w:spacing w:before="20" w:after="20"/>
        <w:ind w:left="283"/>
        <w:rPr>
          <w:lang w:val="pt-PT"/>
        </w:rPr>
      </w:pPr>
      <w:proofErr w:type="gramStart"/>
      <w:r w:rsidRPr="00CD08CA">
        <w:rPr>
          <w:sz w:val="20"/>
          <w:lang w:val="pt-PT"/>
        </w:rPr>
        <w:t>☐</w:t>
      </w:r>
      <w:r w:rsidRPr="00CD08CA">
        <w:rPr>
          <w:sz w:val="20"/>
          <w:lang w:val="pt-PT"/>
        </w:rPr>
        <w:t xml:space="preserve">  Campanhas</w:t>
      </w:r>
      <w:proofErr w:type="gramEnd"/>
      <w:r w:rsidRPr="00CD08CA">
        <w:rPr>
          <w:sz w:val="20"/>
          <w:lang w:val="pt-PT"/>
        </w:rPr>
        <w:t xml:space="preserve"> de sensibilização (dados anonimizados)</w:t>
      </w:r>
    </w:p>
    <w:p w14:paraId="182E0639" w14:textId="77777777" w:rsidR="006B739D" w:rsidRPr="00CD08CA" w:rsidRDefault="006B739D">
      <w:pPr>
        <w:rPr>
          <w:lang w:val="pt-PT"/>
        </w:rPr>
      </w:pPr>
    </w:p>
    <w:tbl>
      <w:tblPr>
        <w:tblStyle w:val="TabelacomGrelha"/>
        <w:tblW w:w="0" w:type="auto"/>
        <w:jc w:val="center"/>
        <w:tblLook w:val="04A0" w:firstRow="1" w:lastRow="0" w:firstColumn="1" w:lastColumn="0" w:noHBand="0" w:noVBand="1"/>
      </w:tblPr>
      <w:tblGrid>
        <w:gridCol w:w="4703"/>
        <w:gridCol w:w="4703"/>
      </w:tblGrid>
      <w:tr w:rsidR="006B739D" w14:paraId="65BD0921" w14:textId="77777777">
        <w:trPr>
          <w:jc w:val="center"/>
        </w:trPr>
        <w:tc>
          <w:tcPr>
            <w:tcW w:w="4703" w:type="dxa"/>
          </w:tcPr>
          <w:p w14:paraId="38B1849C" w14:textId="77777777" w:rsidR="006B739D" w:rsidRDefault="00101606">
            <w:pPr>
              <w:spacing w:before="200"/>
            </w:pPr>
            <w:r>
              <w:rPr>
                <w:sz w:val="20"/>
              </w:rPr>
              <w:t>Data: ___</w:t>
            </w:r>
            <w:proofErr w:type="gramStart"/>
            <w:r>
              <w:rPr>
                <w:sz w:val="20"/>
              </w:rPr>
              <w:t>_  /</w:t>
            </w:r>
            <w:proofErr w:type="gramEnd"/>
            <w:r>
              <w:rPr>
                <w:sz w:val="20"/>
              </w:rPr>
              <w:t xml:space="preserve">  ___</w:t>
            </w:r>
            <w:proofErr w:type="gramStart"/>
            <w:r>
              <w:rPr>
                <w:sz w:val="20"/>
              </w:rPr>
              <w:t>_  /</w:t>
            </w:r>
            <w:proofErr w:type="gramEnd"/>
            <w:r>
              <w:rPr>
                <w:sz w:val="20"/>
              </w:rPr>
              <w:t xml:space="preserve">  ________</w:t>
            </w:r>
          </w:p>
        </w:tc>
        <w:tc>
          <w:tcPr>
            <w:tcW w:w="4703" w:type="dxa"/>
          </w:tcPr>
          <w:p w14:paraId="0D392E97" w14:textId="77777777" w:rsidR="006B739D" w:rsidRDefault="00101606">
            <w:pPr>
              <w:spacing w:before="200"/>
              <w:jc w:val="right"/>
            </w:pPr>
            <w:r>
              <w:rPr>
                <w:sz w:val="20"/>
              </w:rPr>
              <w:t>Assinatura: _________________________</w:t>
            </w:r>
          </w:p>
        </w:tc>
      </w:tr>
    </w:tbl>
    <w:p w14:paraId="2014329F" w14:textId="77777777" w:rsidR="006B739D" w:rsidRDefault="006B739D"/>
    <w:p w14:paraId="41E47B30" w14:textId="1B5053F6" w:rsidR="006B739D" w:rsidRPr="00CD08CA" w:rsidRDefault="006B739D" w:rsidP="00CD08CA">
      <w:pPr>
        <w:spacing w:before="80"/>
        <w:rPr>
          <w:lang w:val="pt-PT"/>
        </w:rPr>
      </w:pPr>
    </w:p>
    <w:sectPr w:rsidR="006B739D" w:rsidRPr="00CD08CA" w:rsidSect="00034616">
      <w:footerReference w:type="default" r:id="rId9"/>
      <w:pgSz w:w="12240" w:h="15840"/>
      <w:pgMar w:top="1134" w:right="1417" w:bottom="1134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FF10C" w14:textId="77777777" w:rsidR="00101606" w:rsidRDefault="00101606" w:rsidP="00CD08CA">
      <w:pPr>
        <w:spacing w:after="0" w:line="240" w:lineRule="auto"/>
      </w:pPr>
      <w:r>
        <w:separator/>
      </w:r>
    </w:p>
  </w:endnote>
  <w:endnote w:type="continuationSeparator" w:id="0">
    <w:p w14:paraId="3FF42695" w14:textId="77777777" w:rsidR="00101606" w:rsidRDefault="00101606" w:rsidP="00CD08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94532652"/>
      <w:docPartObj>
        <w:docPartGallery w:val="Page Numbers (Bottom of Page)"/>
        <w:docPartUnique/>
      </w:docPartObj>
    </w:sdtPr>
    <w:sdtContent>
      <w:p w14:paraId="5F507206" w14:textId="7632ABA7" w:rsidR="00CD08CA" w:rsidRDefault="00CD08CA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PT"/>
          </w:rPr>
          <w:t>2</w:t>
        </w:r>
        <w:r>
          <w:fldChar w:fldCharType="end"/>
        </w:r>
      </w:p>
    </w:sdtContent>
  </w:sdt>
  <w:p w14:paraId="71E7562C" w14:textId="62B54622" w:rsidR="00CD08CA" w:rsidRPr="00CD08CA" w:rsidRDefault="00CD08CA" w:rsidP="00CD08CA">
    <w:pPr>
      <w:spacing w:before="80"/>
      <w:jc w:val="center"/>
      <w:rPr>
        <w:lang w:val="pt-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EDC21" w14:textId="77777777" w:rsidR="00101606" w:rsidRDefault="00101606" w:rsidP="00CD08CA">
      <w:pPr>
        <w:spacing w:after="0" w:line="240" w:lineRule="auto"/>
      </w:pPr>
      <w:r>
        <w:separator/>
      </w:r>
    </w:p>
  </w:footnote>
  <w:footnote w:type="continuationSeparator" w:id="0">
    <w:p w14:paraId="48C8BB97" w14:textId="77777777" w:rsidR="00101606" w:rsidRDefault="00101606" w:rsidP="00CD08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mmarc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mmarc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6389027">
    <w:abstractNumId w:val="8"/>
  </w:num>
  <w:num w:numId="2" w16cid:durableId="478500232">
    <w:abstractNumId w:val="6"/>
  </w:num>
  <w:num w:numId="3" w16cid:durableId="1185360042">
    <w:abstractNumId w:val="5"/>
  </w:num>
  <w:num w:numId="4" w16cid:durableId="1379160278">
    <w:abstractNumId w:val="4"/>
  </w:num>
  <w:num w:numId="5" w16cid:durableId="100613666">
    <w:abstractNumId w:val="7"/>
  </w:num>
  <w:num w:numId="6" w16cid:durableId="339357285">
    <w:abstractNumId w:val="3"/>
  </w:num>
  <w:num w:numId="7" w16cid:durableId="433093166">
    <w:abstractNumId w:val="2"/>
  </w:num>
  <w:num w:numId="8" w16cid:durableId="1596284232">
    <w:abstractNumId w:val="1"/>
  </w:num>
  <w:num w:numId="9" w16cid:durableId="140775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43B2F"/>
    <w:rsid w:val="0006063C"/>
    <w:rsid w:val="00101606"/>
    <w:rsid w:val="0015074B"/>
    <w:rsid w:val="0029639D"/>
    <w:rsid w:val="00326F90"/>
    <w:rsid w:val="006B739D"/>
    <w:rsid w:val="00AA1D8D"/>
    <w:rsid w:val="00B47730"/>
    <w:rsid w:val="00CB0664"/>
    <w:rsid w:val="00CD08C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D89F6CD"/>
  <w14:defaultImageDpi w14:val="300"/>
  <w15:docId w15:val="{A29B2D6C-03E0-4E6B-BAA4-72504A126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te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te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618BF"/>
  </w:style>
  <w:style w:type="paragraph" w:styleId="Rodap">
    <w:name w:val="footer"/>
    <w:basedOn w:val="Normal"/>
    <w:link w:val="RodapCarte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ter">
    <w:name w:val="Título 1 Caráter"/>
    <w:basedOn w:val="Tipodeletrapredefinidodopargraf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te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arter"/>
    <w:uiPriority w:val="99"/>
    <w:unhideWhenUsed/>
    <w:rsid w:val="00AA1D8D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rsid w:val="00AA1D8D"/>
  </w:style>
  <w:style w:type="paragraph" w:styleId="Corpodetexto2">
    <w:name w:val="Body Text 2"/>
    <w:basedOn w:val="Normal"/>
    <w:link w:val="Corpodetexto2Carter"/>
    <w:uiPriority w:val="99"/>
    <w:unhideWhenUsed/>
    <w:rsid w:val="00AA1D8D"/>
    <w:pPr>
      <w:spacing w:after="120" w:line="480" w:lineRule="auto"/>
    </w:pPr>
  </w:style>
  <w:style w:type="character" w:customStyle="1" w:styleId="Corpodetexto2Carter">
    <w:name w:val="Corpo de texto 2 Caráter"/>
    <w:basedOn w:val="Tipodeletrapredefinidodopargrafo"/>
    <w:link w:val="Corpodetexto2"/>
    <w:uiPriority w:val="99"/>
    <w:rsid w:val="00AA1D8D"/>
  </w:style>
  <w:style w:type="paragraph" w:styleId="Corpodetexto3">
    <w:name w:val="Body Text 3"/>
    <w:basedOn w:val="Normal"/>
    <w:link w:val="Corpodetexto3Carte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arter">
    <w:name w:val="Corpo de texto 3 Caráter"/>
    <w:basedOn w:val="Tipodeletrapredefinidodopargraf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mmarc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mmarc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mmarc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arte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arter">
    <w:name w:val="Texto de macro Caráter"/>
    <w:basedOn w:val="Tipodeletrapredefinidodopargraf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arter"/>
    <w:uiPriority w:val="29"/>
    <w:qFormat/>
    <w:rsid w:val="00FC693F"/>
    <w:rPr>
      <w:i/>
      <w:iCs/>
      <w:color w:val="000000" w:themeColor="text1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Tipodeletrapredefinidodopargrafo"/>
    <w:uiPriority w:val="22"/>
    <w:qFormat/>
    <w:rsid w:val="00FC693F"/>
    <w:rPr>
      <w:b/>
      <w:bCs/>
    </w:rPr>
  </w:style>
  <w:style w:type="character" w:styleId="nfase">
    <w:name w:val="Emphasis"/>
    <w:basedOn w:val="Tipodeletrapredefinidodopargraf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Discreta">
    <w:name w:val="Subtle Emphasis"/>
    <w:basedOn w:val="Tipodeletrapredefinidodopargraf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Tipodeletrapredefinidodopargraf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Discreta">
    <w:name w:val="Subtle Reference"/>
    <w:basedOn w:val="Tipodeletrapredefinidodopargraf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Tipodeletrapredefinidodopar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Tipodeletrapredefinidodopargrafo"/>
    <w:uiPriority w:val="33"/>
    <w:qFormat/>
    <w:rsid w:val="00FC693F"/>
    <w:rPr>
      <w:b/>
      <w:bCs/>
      <w:smallCaps/>
      <w:spacing w:val="5"/>
    </w:rPr>
  </w:style>
  <w:style w:type="paragraph" w:styleId="Cabealhodondice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elha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Cor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Cor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Cor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Cor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Cor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Cor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Cor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Cor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Cor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Cor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Cor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Cor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elha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elhaClara-Cor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elhaClara-Cor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elhaClara-Cor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elhaClara-Cor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elhaClara-Cor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elhaClara-Cor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Cor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Cor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Cor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Cor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Cor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Cor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elha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Mdia1-Cor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elhaMdia1-Cor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elhaMdia1-Cor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elhaMdia1-Cor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elhaMdia1-Cor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elhaMdia1-Cor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elha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elhaMdia3-Cor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elhaMdia3-Cor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elhaMdia3-Cor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elhaMdia3-Cor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elhaMdia3-Cor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elhaMdia3-Cor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Cor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Cor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Cor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Cor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Cor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Cor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Colorido-Cor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Cor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Cor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Cor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Cor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Cor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Cor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elha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Colorida-Cor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elhaColorida-Cor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elhaColorida-Cor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elhaColorida-Cor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elhaColorida-Cor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elhaColorida-Cor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1480</Words>
  <Characters>7995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9457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Ricardo Simoes</cp:lastModifiedBy>
  <cp:revision>2</cp:revision>
  <dcterms:created xsi:type="dcterms:W3CDTF">2013-12-23T23:15:00Z</dcterms:created>
  <dcterms:modified xsi:type="dcterms:W3CDTF">2026-03-13T11:17:00Z</dcterms:modified>
  <cp:category/>
</cp:coreProperties>
</file>